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88F1" w14:textId="60CF870C" w:rsidR="00CA7D1F" w:rsidRDefault="00896B53" w:rsidP="00F757CB">
      <w:r>
        <w:rPr>
          <w:noProof/>
        </w:rPr>
        <w:drawing>
          <wp:anchor distT="0" distB="0" distL="114300" distR="114300" simplePos="0" relativeHeight="251668480" behindDoc="1" locked="0" layoutInCell="1" allowOverlap="1" wp14:anchorId="2293331A" wp14:editId="77986424">
            <wp:simplePos x="0" y="0"/>
            <wp:positionH relativeFrom="margin">
              <wp:align>right</wp:align>
            </wp:positionH>
            <wp:positionV relativeFrom="page">
              <wp:posOffset>19396</wp:posOffset>
            </wp:positionV>
            <wp:extent cx="7772400" cy="10058400"/>
            <wp:effectExtent l="0" t="0" r="0" b="0"/>
            <wp:wrapNone/>
            <wp:docPr id="399951559" name="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BAD31" w14:textId="6CFD74D0" w:rsidR="00CA7D1F" w:rsidRDefault="007E5144">
      <w:r>
        <w:rPr>
          <w:noProof/>
        </w:rPr>
        <w:drawing>
          <wp:anchor distT="0" distB="0" distL="114300" distR="114300" simplePos="0" relativeHeight="251681792" behindDoc="0" locked="0" layoutInCell="1" allowOverlap="1" wp14:anchorId="2D6EAFCC" wp14:editId="784FB1DE">
            <wp:simplePos x="0" y="0"/>
            <wp:positionH relativeFrom="column">
              <wp:posOffset>3004185</wp:posOffset>
            </wp:positionH>
            <wp:positionV relativeFrom="paragraph">
              <wp:posOffset>5928632</wp:posOffset>
            </wp:positionV>
            <wp:extent cx="642257" cy="658983"/>
            <wp:effectExtent l="0" t="0" r="5715" b="8255"/>
            <wp:wrapNone/>
            <wp:docPr id="40869488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36179" y1="31500" x2="36179" y2="31500"/>
                                  <a14:foregroundMark x1="36856" y1="31813" x2="36856" y2="31813"/>
                                  <a14:foregroundMark x1="27642" y1="48000" x2="27642" y2="48000"/>
                                  <a14:foregroundMark x1="25068" y1="36188" x2="25068" y2="36188"/>
                                  <a14:foregroundMark x1="25068" y1="36938" x2="25068" y2="36938"/>
                                  <a14:foregroundMark x1="25068" y1="36938" x2="25068" y2="36938"/>
                                  <a14:foregroundMark x1="25068" y1="36938" x2="25068" y2="36938"/>
                                  <a14:foregroundMark x1="51491" y1="30688" x2="51491" y2="30688"/>
                                  <a14:foregroundMark x1="68293" y1="55937" x2="68293" y2="55937"/>
                                  <a14:backgroundMark x1="26694" y1="11813" x2="26694" y2="118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1" b="37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57" cy="6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C6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D3A37B" wp14:editId="2C345D89">
                <wp:simplePos x="0" y="0"/>
                <wp:positionH relativeFrom="page">
                  <wp:posOffset>535396</wp:posOffset>
                </wp:positionH>
                <wp:positionV relativeFrom="page">
                  <wp:posOffset>2233930</wp:posOffset>
                </wp:positionV>
                <wp:extent cx="1947545" cy="5308600"/>
                <wp:effectExtent l="0" t="0" r="14605" b="6350"/>
                <wp:wrapNone/>
                <wp:docPr id="519640608" name="committe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530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2D267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752E6DF1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13C9D0E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5D61E824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013A6EA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Rodolfo Lugo Saldaña</w:t>
                            </w:r>
                          </w:p>
                          <w:p w14:paraId="5CF71FD2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Presidente</w:t>
                            </w:r>
                          </w:p>
                          <w:p w14:paraId="0F8C99B4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FF13CC6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Fermin Zubiaur Gomar</w:t>
                            </w:r>
                          </w:p>
                          <w:p w14:paraId="04B53C1E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Secretario</w:t>
                            </w:r>
                          </w:p>
                          <w:p w14:paraId="37D0099D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30DA726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Edmundo</w:t>
                            </w:r>
                            <w:r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Javier Plauchu </w:t>
                            </w:r>
                            <w:proofErr w:type="spellStart"/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Alcantara</w:t>
                            </w:r>
                            <w:proofErr w:type="spellEnd"/>
                          </w:p>
                          <w:p w14:paraId="7DD231D8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Tesorero</w:t>
                            </w:r>
                          </w:p>
                          <w:p w14:paraId="03CF31E5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3EB9CC93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78E9E795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0664A92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2F479E3A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Dr. Francisco Javier Saynes </w:t>
                            </w:r>
                            <w:proofErr w:type="spellStart"/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Marin</w:t>
                            </w:r>
                            <w:proofErr w:type="spellEnd"/>
                          </w:p>
                          <w:p w14:paraId="698DF314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Coordinador General del Congreso</w:t>
                            </w:r>
                          </w:p>
                          <w:p w14:paraId="05B34892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9F3B7A5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Luis Macias Valle</w:t>
                            </w:r>
                          </w:p>
                          <w:p w14:paraId="25D90E08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Coordinador Académico del Congreso</w:t>
                            </w:r>
                          </w:p>
                          <w:p w14:paraId="12FC21A0" w14:textId="77777777" w:rsidR="00FB6AA1" w:rsidRPr="0070452D" w:rsidRDefault="00FB6AA1" w:rsidP="00FB6AA1">
                            <w:pPr>
                              <w:spacing w:after="0" w:line="170" w:lineRule="auto"/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3A37B" id="_x0000_t202" coordsize="21600,21600" o:spt="202" path="m,l,21600r21600,l21600,xe">
                <v:stroke joinstyle="miter"/>
                <v:path gradientshapeok="t" o:connecttype="rect"/>
              </v:shapetype>
              <v:shape id="committee" o:spid="_x0000_s1026" type="#_x0000_t202" style="position:absolute;margin-left:42.15pt;margin-top:175.9pt;width:153.35pt;height:41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" filled="f" stroked="f">
                <v:textbox inset="0,0,0,0">
                  <w:txbxContent>
                    <w:p w14:paraId="0762D267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752E6DF1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113C9D0E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5D61E824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1013A6EA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Rodolfo Lugo Saldaña</w:t>
                      </w:r>
                    </w:p>
                    <w:p w14:paraId="5CF71FD2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Presidente</w:t>
                      </w:r>
                    </w:p>
                    <w:p w14:paraId="0F8C99B4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1FF13CC6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Fermin Zubiaur Gomar</w:t>
                      </w:r>
                    </w:p>
                    <w:p w14:paraId="04B53C1E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Secretario</w:t>
                      </w:r>
                    </w:p>
                    <w:p w14:paraId="37D0099D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30DA726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Edmundo</w:t>
                      </w:r>
                      <w:r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Javier Plauchu </w:t>
                      </w:r>
                      <w:proofErr w:type="spellStart"/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Alcantara</w:t>
                      </w:r>
                      <w:proofErr w:type="spellEnd"/>
                    </w:p>
                    <w:p w14:paraId="7DD231D8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Tesorero</w:t>
                      </w:r>
                    </w:p>
                    <w:p w14:paraId="03CF31E5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3EB9CC93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78E9E795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0664A92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2F479E3A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Dr. Francisco Javier Saynes </w:t>
                      </w:r>
                      <w:proofErr w:type="spellStart"/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Marin</w:t>
                      </w:r>
                      <w:proofErr w:type="spellEnd"/>
                    </w:p>
                    <w:p w14:paraId="698DF314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Coordinador General del Congreso</w:t>
                      </w:r>
                    </w:p>
                    <w:p w14:paraId="05B34892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9F3B7A5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Luis Macias Valle</w:t>
                      </w:r>
                    </w:p>
                    <w:p w14:paraId="25D90E08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Coordinador Académico del Congreso</w:t>
                      </w:r>
                    </w:p>
                    <w:p w14:paraId="12FC21A0" w14:textId="77777777" w:rsidR="00FB6AA1" w:rsidRPr="0070452D" w:rsidRDefault="00FB6AA1" w:rsidP="00FB6AA1">
                      <w:pPr>
                        <w:spacing w:after="0" w:line="170" w:lineRule="auto"/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5C8B">
        <w:rPr>
          <w:noProof/>
        </w:rPr>
        <w:drawing>
          <wp:anchor distT="0" distB="0" distL="114300" distR="114300" simplePos="0" relativeHeight="251680768" behindDoc="0" locked="0" layoutInCell="1" allowOverlap="1" wp14:anchorId="38E7CFFF" wp14:editId="44F4D335">
            <wp:simplePos x="0" y="0"/>
            <wp:positionH relativeFrom="page">
              <wp:posOffset>5132070</wp:posOffset>
            </wp:positionH>
            <wp:positionV relativeFrom="page">
              <wp:posOffset>8511540</wp:posOffset>
            </wp:positionV>
            <wp:extent cx="2331720" cy="804545"/>
            <wp:effectExtent l="0" t="0" r="5080" b="0"/>
            <wp:wrapNone/>
            <wp:docPr id="789704398" name="bott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tom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C8B">
        <w:rPr>
          <w:noProof/>
        </w:rPr>
        <w:drawing>
          <wp:anchor distT="0" distB="0" distL="114300" distR="114300" simplePos="0" relativeHeight="251674624" behindDoc="0" locked="0" layoutInCell="1" allowOverlap="1" wp14:anchorId="62DAB44C" wp14:editId="7AC7F5BC">
            <wp:simplePos x="0" y="0"/>
            <wp:positionH relativeFrom="page">
              <wp:posOffset>662305</wp:posOffset>
            </wp:positionH>
            <wp:positionV relativeFrom="page">
              <wp:posOffset>8006715</wp:posOffset>
            </wp:positionV>
            <wp:extent cx="1668780" cy="816610"/>
            <wp:effectExtent l="0" t="0" r="7620" b="2540"/>
            <wp:wrapNone/>
            <wp:docPr id="155438820" name="asso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oc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AA1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650CAA" wp14:editId="650DBEBD">
                <wp:simplePos x="0" y="0"/>
                <wp:positionH relativeFrom="column">
                  <wp:posOffset>2556754</wp:posOffset>
                </wp:positionH>
                <wp:positionV relativeFrom="paragraph">
                  <wp:posOffset>1718310</wp:posOffset>
                </wp:positionV>
                <wp:extent cx="487680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F681" w14:textId="6732FCC7" w:rsidR="00FB6AA1" w:rsidRPr="007E5144" w:rsidRDefault="00FB6AA1" w:rsidP="00FB6AA1">
                            <w:pPr>
                              <w:pStyle w:val="p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B3D6944" w14:textId="2D8B5291" w:rsidR="00FB6AA1" w:rsidRPr="007E5144" w:rsidRDefault="00FB6AA1" w:rsidP="00FB6AA1">
                            <w:pPr>
                              <w:pStyle w:val="p2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Style w:val="s1"/>
                                <w:rFonts w:ascii="Arial" w:hAnsi="Arial" w:cs="Arial"/>
                                <w:sz w:val="20"/>
                                <w:szCs w:val="20"/>
                              </w:rPr>
                              <w:t>Monterrey</w:t>
                            </w:r>
                            <w:r w:rsidRPr="007E5144">
                              <w:rPr>
                                <w:rStyle w:val="s1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a ___ </w:t>
                            </w:r>
                            <w:proofErr w:type="spellStart"/>
                            <w:r w:rsidRPr="007E5144">
                              <w:rPr>
                                <w:rStyle w:val="s1"/>
                                <w:rFonts w:ascii="Arial" w:hAnsi="Arial" w:cs="Arial"/>
                                <w:sz w:val="20"/>
                                <w:szCs w:val="20"/>
                              </w:rPr>
                              <w:t>de</w:t>
                            </w:r>
                            <w:proofErr w:type="spellEnd"/>
                            <w:r w:rsidRPr="007E5144">
                              <w:rPr>
                                <w:rStyle w:val="s1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 </w:t>
                            </w:r>
                            <w:proofErr w:type="spellStart"/>
                            <w:r w:rsidRPr="007E5144">
                              <w:rPr>
                                <w:rStyle w:val="s1"/>
                                <w:rFonts w:ascii="Arial" w:hAnsi="Arial" w:cs="Arial"/>
                                <w:sz w:val="20"/>
                                <w:szCs w:val="20"/>
                              </w:rPr>
                              <w:t>de</w:t>
                            </w:r>
                            <w:proofErr w:type="spellEnd"/>
                            <w:r w:rsidRPr="007E5144">
                              <w:rPr>
                                <w:rStyle w:val="s1"/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2026.</w:t>
                            </w:r>
                          </w:p>
                          <w:p w14:paraId="1DFC043C" w14:textId="77777777" w:rsidR="00FB6AA1" w:rsidRPr="007E5144" w:rsidRDefault="00FB6AA1" w:rsidP="00FB6AA1">
                            <w:pPr>
                              <w:pStyle w:val="p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E41DF6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5E2575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quien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corresponda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4CFD119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956C85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Por medio de la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presente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hacemos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constar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 (la) Dr. (Dra.) __________________________________________ se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encuentra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debidamente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inscrito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(a)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 </w:t>
                            </w:r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XLI Congreso de la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Asociación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Panamericana de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Otorrinolaringología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Cirugía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 Cabeza y Cuello</w:t>
                            </w: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llevará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cabo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Monterrey, Nuevo León, México, del </w:t>
                            </w: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10 al 13 de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marzo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de 2027.</w:t>
                            </w:r>
                          </w:p>
                          <w:p w14:paraId="06710C40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EFB63D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participación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el (la) Dr. (Dra.)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tendrá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nuestro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evento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académico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internacional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será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calidad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CONGRESISTA</w:t>
                            </w: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previa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inscripción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mismo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por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lo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que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término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las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actividades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científicas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académicas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correspondientes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 le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otorgará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constancia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respectiva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participación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C2F0479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CB6647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Sin </w:t>
                            </w:r>
                            <w:proofErr w:type="spellStart"/>
                            <w:proofErr w:type="gram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otro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particular,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aprovecho</w:t>
                            </w:r>
                            <w:proofErr w:type="spellEnd"/>
                            <w:proofErr w:type="gram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ocasión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enviarle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 cordial</w:t>
                            </w:r>
                            <w:proofErr w:type="gram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saludo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95E6801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Atentamente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15C8E0B5" w14:textId="77777777" w:rsid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769DF33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66148A8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Dr. Rodolfo Lugo Saldaña</w:t>
                            </w:r>
                          </w:p>
                          <w:p w14:paraId="6D2D4B1E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Presidente del Congreso Nacional</w:t>
                            </w:r>
                          </w:p>
                          <w:p w14:paraId="7DA7A1ED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FBEDD2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XLI Congreso de la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Asociación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Panamericana de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Otorrinolaringología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Cirugía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Cabeza y Cuello</w:t>
                            </w:r>
                          </w:p>
                          <w:p w14:paraId="35DF5A58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Monterrey, Nuevo León, México</w:t>
                            </w:r>
                          </w:p>
                          <w:p w14:paraId="5499BFA1" w14:textId="77777777" w:rsidR="007E5144" w:rsidRPr="007E5144" w:rsidRDefault="007E5144" w:rsidP="007E514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10 al 13 de </w:t>
                            </w:r>
                            <w:proofErr w:type="spellStart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marzo</w:t>
                            </w:r>
                            <w:proofErr w:type="spellEnd"/>
                            <w:r w:rsidRPr="007E5144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2027</w:t>
                            </w:r>
                          </w:p>
                          <w:p w14:paraId="78C82CF8" w14:textId="5B159CF3" w:rsidR="00FB6AA1" w:rsidRPr="007E5144" w:rsidRDefault="00FB6AA1" w:rsidP="007E5144">
                            <w:pPr>
                              <w:pStyle w:val="p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650CAA" id="Cuadro de texto 2" o:spid="_x0000_s1027" type="#_x0000_t202" style="position:absolute;margin-left:201.3pt;margin-top:135.3pt;width:38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" stroked="f">
                <v:textbox style="mso-fit-shape-to-text:t">
                  <w:txbxContent>
                    <w:p w14:paraId="1440F681" w14:textId="6732FCC7" w:rsidR="00FB6AA1" w:rsidRPr="007E5144" w:rsidRDefault="00FB6AA1" w:rsidP="00FB6AA1">
                      <w:pPr>
                        <w:pStyle w:val="p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B3D6944" w14:textId="2D8B5291" w:rsidR="00FB6AA1" w:rsidRPr="007E5144" w:rsidRDefault="00FB6AA1" w:rsidP="00FB6AA1">
                      <w:pPr>
                        <w:pStyle w:val="p2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5144">
                        <w:rPr>
                          <w:rStyle w:val="s1"/>
                          <w:rFonts w:ascii="Arial" w:hAnsi="Arial" w:cs="Arial"/>
                          <w:sz w:val="20"/>
                          <w:szCs w:val="20"/>
                        </w:rPr>
                        <w:t>Monterrey</w:t>
                      </w:r>
                      <w:r w:rsidRPr="007E5144">
                        <w:rPr>
                          <w:rStyle w:val="s1"/>
                          <w:rFonts w:ascii="Arial" w:hAnsi="Arial" w:cs="Arial"/>
                          <w:sz w:val="20"/>
                          <w:szCs w:val="20"/>
                        </w:rPr>
                        <w:t xml:space="preserve">, a ___ </w:t>
                      </w:r>
                      <w:proofErr w:type="spellStart"/>
                      <w:r w:rsidRPr="007E5144">
                        <w:rPr>
                          <w:rStyle w:val="s1"/>
                          <w:rFonts w:ascii="Arial" w:hAnsi="Arial" w:cs="Arial"/>
                          <w:sz w:val="20"/>
                          <w:szCs w:val="20"/>
                        </w:rPr>
                        <w:t>de</w:t>
                      </w:r>
                      <w:proofErr w:type="spellEnd"/>
                      <w:r w:rsidRPr="007E5144">
                        <w:rPr>
                          <w:rStyle w:val="s1"/>
                          <w:rFonts w:ascii="Arial" w:hAnsi="Arial" w:cs="Arial"/>
                          <w:sz w:val="20"/>
                          <w:szCs w:val="20"/>
                        </w:rPr>
                        <w:t xml:space="preserve"> __________ </w:t>
                      </w:r>
                      <w:proofErr w:type="spellStart"/>
                      <w:r w:rsidRPr="007E5144">
                        <w:rPr>
                          <w:rStyle w:val="s1"/>
                          <w:rFonts w:ascii="Arial" w:hAnsi="Arial" w:cs="Arial"/>
                          <w:sz w:val="20"/>
                          <w:szCs w:val="20"/>
                        </w:rPr>
                        <w:t>de</w:t>
                      </w:r>
                      <w:proofErr w:type="spellEnd"/>
                      <w:r w:rsidRPr="007E5144">
                        <w:rPr>
                          <w:rStyle w:val="s1"/>
                          <w:rFonts w:ascii="Arial" w:hAnsi="Arial" w:cs="Arial"/>
                          <w:sz w:val="20"/>
                          <w:szCs w:val="20"/>
                        </w:rPr>
                        <w:t xml:space="preserve"> 2026.</w:t>
                      </w:r>
                    </w:p>
                    <w:p w14:paraId="1DFC043C" w14:textId="77777777" w:rsidR="00FB6AA1" w:rsidRPr="007E5144" w:rsidRDefault="00FB6AA1" w:rsidP="00FB6AA1">
                      <w:pPr>
                        <w:pStyle w:val="p1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E41DF6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5E2575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quien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corresponda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04CFD119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956C85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Por medio de la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presente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hacemos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constar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que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 (la) Dr. (Dra.) __________________________________________ se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encuentra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debidamente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inscrito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(a)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 </w:t>
                      </w:r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XLI Congreso de la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Asociación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Panamericana de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Otorrinolaringología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Cirugía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de Cabeza y Cuello</w:t>
                      </w: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que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llevará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cabo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Monterrey, Nuevo León, México, del </w:t>
                      </w: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10 al 13 de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marzo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de 2027.</w:t>
                      </w:r>
                    </w:p>
                    <w:p w14:paraId="06710C40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EFB63D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participación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que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el (la) Dr. (Dra.)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tendrá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nuestro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evento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académico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internacional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será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calidad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CONGRESISTA</w:t>
                      </w: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previa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inscripción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mismo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por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lo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que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término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las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actividades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científicas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académicas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correspondientes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 le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otorgará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constancia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respectiva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participación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C2F0479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CB6647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Sin </w:t>
                      </w:r>
                      <w:proofErr w:type="spellStart"/>
                      <w:proofErr w:type="gram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otro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particular,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aprovecho</w:t>
                      </w:r>
                      <w:proofErr w:type="spellEnd"/>
                      <w:proofErr w:type="gram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ocasión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enviarle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un cordial</w:t>
                      </w:r>
                      <w:proofErr w:type="gram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saludo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595E6801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Atentamente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14:paraId="15C8E0B5" w14:textId="77777777" w:rsid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769DF33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66148A8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Dr. Rodolfo Lugo Saldaña</w:t>
                      </w:r>
                    </w:p>
                    <w:p w14:paraId="6D2D4B1E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sz w:val="20"/>
                          <w:szCs w:val="20"/>
                        </w:rPr>
                        <w:t>Presidente del Congreso Nacional</w:t>
                      </w:r>
                    </w:p>
                    <w:p w14:paraId="7DA7A1ED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FBEDD2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XLI Congreso de la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Asociación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Panamericana de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Otorrinolaringología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Cirugía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de Cabeza y Cuello</w:t>
                      </w:r>
                    </w:p>
                    <w:p w14:paraId="35DF5A58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Monterrey, Nuevo León, México</w:t>
                      </w:r>
                    </w:p>
                    <w:p w14:paraId="5499BFA1" w14:textId="77777777" w:rsidR="007E5144" w:rsidRPr="007E5144" w:rsidRDefault="007E5144" w:rsidP="007E5144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10 al 13 de </w:t>
                      </w:r>
                      <w:proofErr w:type="spellStart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marzo</w:t>
                      </w:r>
                      <w:proofErr w:type="spellEnd"/>
                      <w:r w:rsidRPr="007E5144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de 2027</w:t>
                      </w:r>
                    </w:p>
                    <w:p w14:paraId="78C82CF8" w14:textId="5B159CF3" w:rsidR="00FB6AA1" w:rsidRPr="007E5144" w:rsidRDefault="00FB6AA1" w:rsidP="007E5144">
                      <w:pPr>
                        <w:pStyle w:val="p2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6B53">
        <w:rPr>
          <w:noProof/>
        </w:rPr>
        <w:drawing>
          <wp:anchor distT="0" distB="0" distL="114300" distR="114300" simplePos="0" relativeHeight="251670528" behindDoc="0" locked="0" layoutInCell="1" allowOverlap="1" wp14:anchorId="77E603D3" wp14:editId="269DF230">
            <wp:simplePos x="0" y="0"/>
            <wp:positionH relativeFrom="page">
              <wp:posOffset>532014</wp:posOffset>
            </wp:positionH>
            <wp:positionV relativeFrom="page">
              <wp:posOffset>565266</wp:posOffset>
            </wp:positionV>
            <wp:extent cx="2788920" cy="1134110"/>
            <wp:effectExtent l="0" t="0" r="0" b="8890"/>
            <wp:wrapNone/>
            <wp:docPr id="1413327104" name="to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1F">
        <w:br w:type="page"/>
      </w:r>
    </w:p>
    <w:sectPr w:rsidR="00CA7D1F" w:rsidSect="00F757CB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2F0C2A"/>
    <w:multiLevelType w:val="multilevel"/>
    <w:tmpl w:val="CB1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F4935"/>
    <w:multiLevelType w:val="multilevel"/>
    <w:tmpl w:val="7C80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B6A11"/>
    <w:multiLevelType w:val="multilevel"/>
    <w:tmpl w:val="A92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F101B"/>
    <w:multiLevelType w:val="multilevel"/>
    <w:tmpl w:val="0FC2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0250C"/>
    <w:multiLevelType w:val="multilevel"/>
    <w:tmpl w:val="106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B03EB"/>
    <w:multiLevelType w:val="multilevel"/>
    <w:tmpl w:val="D60C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461AE"/>
    <w:multiLevelType w:val="multilevel"/>
    <w:tmpl w:val="40D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3684D"/>
    <w:multiLevelType w:val="multilevel"/>
    <w:tmpl w:val="31D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A4B9A"/>
    <w:multiLevelType w:val="multilevel"/>
    <w:tmpl w:val="5570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51353"/>
    <w:multiLevelType w:val="multilevel"/>
    <w:tmpl w:val="32AA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43DE2"/>
    <w:multiLevelType w:val="multilevel"/>
    <w:tmpl w:val="71D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C7AFE"/>
    <w:multiLevelType w:val="multilevel"/>
    <w:tmpl w:val="63E0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832396">
    <w:abstractNumId w:val="8"/>
  </w:num>
  <w:num w:numId="2" w16cid:durableId="2055228143">
    <w:abstractNumId w:val="6"/>
  </w:num>
  <w:num w:numId="3" w16cid:durableId="62877402">
    <w:abstractNumId w:val="5"/>
  </w:num>
  <w:num w:numId="4" w16cid:durableId="2112309642">
    <w:abstractNumId w:val="4"/>
  </w:num>
  <w:num w:numId="5" w16cid:durableId="612514440">
    <w:abstractNumId w:val="7"/>
  </w:num>
  <w:num w:numId="6" w16cid:durableId="192424645">
    <w:abstractNumId w:val="3"/>
  </w:num>
  <w:num w:numId="7" w16cid:durableId="1612278232">
    <w:abstractNumId w:val="2"/>
  </w:num>
  <w:num w:numId="8" w16cid:durableId="30375616">
    <w:abstractNumId w:val="1"/>
  </w:num>
  <w:num w:numId="9" w16cid:durableId="1040981478">
    <w:abstractNumId w:val="0"/>
  </w:num>
  <w:num w:numId="10" w16cid:durableId="1452824759">
    <w:abstractNumId w:val="18"/>
  </w:num>
  <w:num w:numId="11" w16cid:durableId="819349102">
    <w:abstractNumId w:val="14"/>
  </w:num>
  <w:num w:numId="12" w16cid:durableId="654842974">
    <w:abstractNumId w:val="15"/>
  </w:num>
  <w:num w:numId="13" w16cid:durableId="176821262">
    <w:abstractNumId w:val="9"/>
  </w:num>
  <w:num w:numId="14" w16cid:durableId="363485351">
    <w:abstractNumId w:val="10"/>
  </w:num>
  <w:num w:numId="15" w16cid:durableId="1546139824">
    <w:abstractNumId w:val="13"/>
  </w:num>
  <w:num w:numId="16" w16cid:durableId="1788618002">
    <w:abstractNumId w:val="20"/>
  </w:num>
  <w:num w:numId="17" w16cid:durableId="650135270">
    <w:abstractNumId w:val="16"/>
  </w:num>
  <w:num w:numId="18" w16cid:durableId="1825121074">
    <w:abstractNumId w:val="11"/>
  </w:num>
  <w:num w:numId="19" w16cid:durableId="674457614">
    <w:abstractNumId w:val="17"/>
  </w:num>
  <w:num w:numId="20" w16cid:durableId="59834817">
    <w:abstractNumId w:val="12"/>
  </w:num>
  <w:num w:numId="21" w16cid:durableId="80687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0B7"/>
    <w:rsid w:val="0015074B"/>
    <w:rsid w:val="001849B8"/>
    <w:rsid w:val="001B0F9E"/>
    <w:rsid w:val="0029639D"/>
    <w:rsid w:val="00326F90"/>
    <w:rsid w:val="00460068"/>
    <w:rsid w:val="004F517F"/>
    <w:rsid w:val="006D7841"/>
    <w:rsid w:val="0070452D"/>
    <w:rsid w:val="007C671D"/>
    <w:rsid w:val="007E5144"/>
    <w:rsid w:val="00896B53"/>
    <w:rsid w:val="008A08C9"/>
    <w:rsid w:val="00913C69"/>
    <w:rsid w:val="00A05527"/>
    <w:rsid w:val="00A458B2"/>
    <w:rsid w:val="00AA1D8D"/>
    <w:rsid w:val="00B47730"/>
    <w:rsid w:val="00CA7D1F"/>
    <w:rsid w:val="00CB0664"/>
    <w:rsid w:val="00D149FC"/>
    <w:rsid w:val="00E153E6"/>
    <w:rsid w:val="00E26A90"/>
    <w:rsid w:val="00F15C8B"/>
    <w:rsid w:val="00F757CB"/>
    <w:rsid w:val="00FB6AA1"/>
    <w:rsid w:val="00FB6E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D05F97"/>
  <w14:defaultImageDpi w14:val="300"/>
  <w15:docId w15:val="{BB17018F-CF9B-4EB7-8CAF-5F2581F6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CA7D1F"/>
    <w:pPr>
      <w:spacing w:after="0" w:line="240" w:lineRule="auto"/>
    </w:pPr>
    <w:rPr>
      <w:rFonts w:ascii=".AppleSystemUIFont" w:eastAsia="Times New Roman" w:hAnsi=".AppleSystemUIFont" w:cs="Times New Roman"/>
      <w:sz w:val="29"/>
      <w:szCs w:val="29"/>
      <w:lang w:val="es-MX" w:eastAsia="zh-CN"/>
    </w:rPr>
  </w:style>
  <w:style w:type="paragraph" w:customStyle="1" w:styleId="p2">
    <w:name w:val="p2"/>
    <w:basedOn w:val="Normal"/>
    <w:rsid w:val="00CA7D1F"/>
    <w:pPr>
      <w:spacing w:after="0" w:line="240" w:lineRule="auto"/>
    </w:pPr>
    <w:rPr>
      <w:rFonts w:ascii=".AppleSystemUIFont" w:eastAsia="Times New Roman" w:hAnsi=".AppleSystemUIFont" w:cs="Times New Roman"/>
      <w:sz w:val="29"/>
      <w:szCs w:val="29"/>
      <w:lang w:val="es-MX" w:eastAsia="zh-CN"/>
    </w:rPr>
  </w:style>
  <w:style w:type="character" w:customStyle="1" w:styleId="s1">
    <w:name w:val="s1"/>
    <w:basedOn w:val="Fuentedeprrafopredeter"/>
    <w:rsid w:val="00CA7D1F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ADMINISTRACION VIEMCON</cp:lastModifiedBy>
  <cp:revision>2</cp:revision>
  <cp:lastPrinted>2026-07-21T19:48:00Z</cp:lastPrinted>
  <dcterms:created xsi:type="dcterms:W3CDTF">2026-07-21T23:23:00Z</dcterms:created>
  <dcterms:modified xsi:type="dcterms:W3CDTF">2026-07-21T23:23:00Z</dcterms:modified>
  <cp:category/>
</cp:coreProperties>
</file>