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88F1" w14:textId="60CF870C" w:rsidR="00CA7D1F" w:rsidRDefault="00896B53" w:rsidP="00F757CB">
      <w:r>
        <w:rPr>
          <w:noProof/>
        </w:rPr>
        <w:drawing>
          <wp:anchor distT="0" distB="0" distL="114300" distR="114300" simplePos="0" relativeHeight="251668480" behindDoc="1" locked="0" layoutInCell="1" allowOverlap="1" wp14:anchorId="2293331A" wp14:editId="77986424">
            <wp:simplePos x="0" y="0"/>
            <wp:positionH relativeFrom="margin">
              <wp:align>right</wp:align>
            </wp:positionH>
            <wp:positionV relativeFrom="page">
              <wp:posOffset>19396</wp:posOffset>
            </wp:positionV>
            <wp:extent cx="7772400" cy="10058400"/>
            <wp:effectExtent l="0" t="0" r="0" b="0"/>
            <wp:wrapNone/>
            <wp:docPr id="399951559" name="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BAD31" w14:textId="17850496" w:rsidR="00CA7D1F" w:rsidRDefault="00913C69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D3A37B" wp14:editId="2C345D89">
                <wp:simplePos x="0" y="0"/>
                <wp:positionH relativeFrom="page">
                  <wp:posOffset>535396</wp:posOffset>
                </wp:positionH>
                <wp:positionV relativeFrom="page">
                  <wp:posOffset>2233930</wp:posOffset>
                </wp:positionV>
                <wp:extent cx="1947545" cy="5308600"/>
                <wp:effectExtent l="0" t="0" r="14605" b="6350"/>
                <wp:wrapNone/>
                <wp:docPr id="519640608" name="committe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530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2D267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752E6DF1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13C9D0E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5D61E824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013A6EA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Rodolfo Lugo Saldaña</w:t>
                            </w:r>
                          </w:p>
                          <w:p w14:paraId="5CF71FD2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Presidente</w:t>
                            </w:r>
                          </w:p>
                          <w:p w14:paraId="0F8C99B4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FF13CC6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Fermin Zubiaur Gomar</w:t>
                            </w:r>
                          </w:p>
                          <w:p w14:paraId="04B53C1E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Secretario</w:t>
                            </w:r>
                          </w:p>
                          <w:p w14:paraId="37D0099D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30DA726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Edmundo</w:t>
                            </w:r>
                            <w:r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Javier Plauchu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Alcantara</w:t>
                            </w:r>
                            <w:proofErr w:type="spellEnd"/>
                          </w:p>
                          <w:p w14:paraId="7DD231D8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Tesorero</w:t>
                            </w:r>
                          </w:p>
                          <w:p w14:paraId="03CF31E5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3EB9CC93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78E9E795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0664A92" w14:textId="77777777" w:rsidR="00FB6AA1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2F479E3A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Dr. Francisco Javier Saynes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Marin</w:t>
                            </w:r>
                            <w:proofErr w:type="spellEnd"/>
                          </w:p>
                          <w:p w14:paraId="698DF314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General del Congreso</w:t>
                            </w:r>
                          </w:p>
                          <w:p w14:paraId="05B34892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9F3B7A5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Luis Macias Valle</w:t>
                            </w:r>
                          </w:p>
                          <w:p w14:paraId="25D90E08" w14:textId="77777777" w:rsidR="00FB6AA1" w:rsidRPr="0070452D" w:rsidRDefault="00FB6AA1" w:rsidP="00FB6AA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Académico del Congreso</w:t>
                            </w:r>
                          </w:p>
                          <w:p w14:paraId="12FC21A0" w14:textId="77777777" w:rsidR="00FB6AA1" w:rsidRPr="0070452D" w:rsidRDefault="00FB6AA1" w:rsidP="00FB6AA1">
                            <w:pPr>
                              <w:spacing w:after="0" w:line="170" w:lineRule="auto"/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A37B" id="_x0000_t202" coordsize="21600,21600" o:spt="202" path="m,l,21600r21600,l21600,xe">
                <v:stroke joinstyle="miter"/>
                <v:path gradientshapeok="t" o:connecttype="rect"/>
              </v:shapetype>
              <v:shape id="committee" o:spid="_x0000_s1026" type="#_x0000_t202" style="position:absolute;margin-left:42.15pt;margin-top:175.9pt;width:153.35pt;height:41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" filled="f" stroked="f">
                <v:textbox inset="0,0,0,0">
                  <w:txbxContent>
                    <w:p w14:paraId="0762D267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752E6DF1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13C9D0E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5D61E824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013A6EA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Rodolfo Lugo Saldaña</w:t>
                      </w:r>
                    </w:p>
                    <w:p w14:paraId="5CF71FD2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Presidente</w:t>
                      </w:r>
                    </w:p>
                    <w:p w14:paraId="0F8C99B4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1FF13CC6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Fermin Zubiaur Gomar</w:t>
                      </w:r>
                    </w:p>
                    <w:p w14:paraId="04B53C1E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Secretario</w:t>
                      </w:r>
                    </w:p>
                    <w:p w14:paraId="37D0099D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30DA726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Edmundo</w:t>
                      </w:r>
                      <w:r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Javier Plauchu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Alcantara</w:t>
                      </w:r>
                      <w:proofErr w:type="spellEnd"/>
                    </w:p>
                    <w:p w14:paraId="7DD231D8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Tesorero</w:t>
                      </w:r>
                    </w:p>
                    <w:p w14:paraId="03CF31E5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3EB9CC93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78E9E795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0664A92" w14:textId="77777777" w:rsidR="00FB6AA1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2F479E3A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Dr. Francisco Javier Saynes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Marin</w:t>
                      </w:r>
                      <w:proofErr w:type="spellEnd"/>
                    </w:p>
                    <w:p w14:paraId="698DF314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General del Congreso</w:t>
                      </w:r>
                    </w:p>
                    <w:p w14:paraId="05B34892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9F3B7A5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Luis Macias Valle</w:t>
                      </w:r>
                    </w:p>
                    <w:p w14:paraId="25D90E08" w14:textId="77777777" w:rsidR="00FB6AA1" w:rsidRPr="0070452D" w:rsidRDefault="00FB6AA1" w:rsidP="00FB6AA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Académico del Congreso</w:t>
                      </w:r>
                    </w:p>
                    <w:p w14:paraId="12FC21A0" w14:textId="77777777" w:rsidR="00FB6AA1" w:rsidRPr="0070452D" w:rsidRDefault="00FB6AA1" w:rsidP="00FB6AA1">
                      <w:pPr>
                        <w:spacing w:after="0" w:line="170" w:lineRule="auto"/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5C8B">
        <w:rPr>
          <w:noProof/>
        </w:rPr>
        <w:drawing>
          <wp:anchor distT="0" distB="0" distL="114300" distR="114300" simplePos="0" relativeHeight="251680768" behindDoc="0" locked="0" layoutInCell="1" allowOverlap="1" wp14:anchorId="38E7CFFF" wp14:editId="44F4D335">
            <wp:simplePos x="0" y="0"/>
            <wp:positionH relativeFrom="page">
              <wp:posOffset>5132070</wp:posOffset>
            </wp:positionH>
            <wp:positionV relativeFrom="page">
              <wp:posOffset>8511540</wp:posOffset>
            </wp:positionV>
            <wp:extent cx="2331720" cy="804545"/>
            <wp:effectExtent l="0" t="0" r="5080" b="0"/>
            <wp:wrapNone/>
            <wp:docPr id="789704398" name="bott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om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C8B">
        <w:rPr>
          <w:noProof/>
        </w:rPr>
        <w:drawing>
          <wp:anchor distT="0" distB="0" distL="114300" distR="114300" simplePos="0" relativeHeight="251674624" behindDoc="0" locked="0" layoutInCell="1" allowOverlap="1" wp14:anchorId="62DAB44C" wp14:editId="7AC7F5BC">
            <wp:simplePos x="0" y="0"/>
            <wp:positionH relativeFrom="page">
              <wp:posOffset>662305</wp:posOffset>
            </wp:positionH>
            <wp:positionV relativeFrom="page">
              <wp:posOffset>8006715</wp:posOffset>
            </wp:positionV>
            <wp:extent cx="1668780" cy="816610"/>
            <wp:effectExtent l="0" t="0" r="7620" b="2540"/>
            <wp:wrapNone/>
            <wp:docPr id="155438820" name="asso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oc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AA1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650CAA" wp14:editId="650DBEBD">
                <wp:simplePos x="0" y="0"/>
                <wp:positionH relativeFrom="column">
                  <wp:posOffset>2556754</wp:posOffset>
                </wp:positionH>
                <wp:positionV relativeFrom="paragraph">
                  <wp:posOffset>1718310</wp:posOffset>
                </wp:positionV>
                <wp:extent cx="48768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F681" w14:textId="6732FCC7" w:rsidR="00FB6AA1" w:rsidRPr="00FB6AA1" w:rsidRDefault="00FB6AA1" w:rsidP="00FB6AA1">
                            <w:pPr>
                              <w:pStyle w:val="p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B3D6944" w14:textId="2D8B5291" w:rsidR="00FB6AA1" w:rsidRPr="00FB6AA1" w:rsidRDefault="00FB6AA1" w:rsidP="00FB6AA1">
                            <w:pPr>
                              <w:pStyle w:val="p2"/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Monterrey</w:t>
                            </w: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a ___ </w:t>
                            </w:r>
                            <w:proofErr w:type="spellStart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proofErr w:type="spellEnd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__________ </w:t>
                            </w:r>
                            <w:proofErr w:type="spellStart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de</w:t>
                            </w:r>
                            <w:proofErr w:type="spellEnd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2026.</w:t>
                            </w:r>
                          </w:p>
                          <w:p w14:paraId="1DFC043C" w14:textId="77777777" w:rsidR="00FB6AA1" w:rsidRPr="00FB6AA1" w:rsidRDefault="00FB6AA1" w:rsidP="00FB6AA1">
                            <w:pPr>
                              <w:pStyle w:val="p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83B43EB" w14:textId="77777777" w:rsidR="00FB6AA1" w:rsidRDefault="00FB6AA1" w:rsidP="00FB6AA1">
                            <w:pPr>
                              <w:pStyle w:val="p2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71AFE9C" w14:textId="77777777" w:rsidR="00FB6AA1" w:rsidRDefault="00FB6AA1" w:rsidP="00FB6AA1">
                            <w:pPr>
                              <w:pStyle w:val="p2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BC81153" w14:textId="77777777" w:rsidR="00FB6AA1" w:rsidRPr="00FB6AA1" w:rsidRDefault="00FB6AA1" w:rsidP="00FB6AA1">
                            <w:pPr>
                              <w:pStyle w:val="p2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4A96B35" w14:textId="77777777" w:rsidR="00FB6AA1" w:rsidRPr="00FB6AA1" w:rsidRDefault="00FB6AA1" w:rsidP="00FB6AA1">
                            <w:pPr>
                              <w:pStyle w:val="p2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A quien corresponda:</w:t>
                            </w:r>
                          </w:p>
                          <w:p w14:paraId="3282AC1E" w14:textId="77777777" w:rsidR="00FB6AA1" w:rsidRPr="00FB6AA1" w:rsidRDefault="00FB6AA1" w:rsidP="00FB6AA1">
                            <w:pPr>
                              <w:pStyle w:val="p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A11C8E6" w14:textId="77777777" w:rsidR="00FB6AA1" w:rsidRPr="00FB6AA1" w:rsidRDefault="00FB6AA1" w:rsidP="00FB6AA1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Por medio de la presente, el </w:t>
                            </w:r>
                            <w:r w:rsidRPr="00FB6AA1">
                              <w:rPr>
                                <w:rStyle w:val="s1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Comité Organizador del XLI Congreso de la Asociación Panamericana de Otorrinolaringología y Cirugía de Cabeza y Cuello</w:t>
                            </w: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tiene el honor de confirmar que el(la) Dr.(Dra.) __________________________________________, con domicilio en ______________________________________________________ y pasaporte número ________________________, se encuentra debidamente inscrito(a) para participar en nuestro Congreso Internacional, que se llevará a cabo del 10 al 13 de marzo de 2027 en la ciudad de Monterrey, Nuevo León, México.</w:t>
                            </w:r>
                          </w:p>
                          <w:p w14:paraId="7754FCC3" w14:textId="77777777" w:rsidR="00FB6AA1" w:rsidRPr="00FB6AA1" w:rsidRDefault="00FB6AA1" w:rsidP="00FB6AA1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271C38C" w14:textId="77777777" w:rsidR="00FB6AA1" w:rsidRPr="00FB6AA1" w:rsidRDefault="00FB6AA1" w:rsidP="00FB6AA1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El XLI Congreso de la Asociación Panamericana de Otorrinolaringología y Cirugía de Cabeza y Cuello es uno de los encuentros científicos más importantes de la especialidad en el continente americano y reúne a médicos especialistas, profesores, investigadores y profesionales de la salud provenientes de diversos países.</w:t>
                            </w:r>
                          </w:p>
                          <w:p w14:paraId="31678B55" w14:textId="77777777" w:rsidR="00FB6AA1" w:rsidRPr="00FB6AA1" w:rsidRDefault="00FB6AA1" w:rsidP="00FB6AA1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C58FB91" w14:textId="77777777" w:rsidR="00FB6AA1" w:rsidRPr="00FB6AA1" w:rsidRDefault="00FB6AA1" w:rsidP="00FB6AA1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La participación del(la) </w:t>
                            </w:r>
                            <w:proofErr w:type="gramStart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Dr.(</w:t>
                            </w:r>
                            <w:proofErr w:type="gramEnd"/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Dra.) __________________________________________ será en calidad de congresista, con acceso a las actividades académicas, científicas y educativas programadas durante el evento.</w:t>
                            </w:r>
                          </w:p>
                          <w:p w14:paraId="2CB7D2A7" w14:textId="77777777" w:rsidR="00FB6AA1" w:rsidRPr="00FB6AA1" w:rsidRDefault="00FB6AA1" w:rsidP="00FB6AA1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3191694" w14:textId="77777777" w:rsidR="00FB6AA1" w:rsidRPr="00FB6AA1" w:rsidRDefault="00FB6AA1" w:rsidP="00FB6AA1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La presente constancia se expide a solicitud del interesado para los fines administrativos, laborales, migratorios y consulares que estime convenientes, incluyendo trámites relacionados con la obtención de visa, permisos de viaje, autorizaciones institucionales o cualquier otro requisito necesario para su asistencia al Congreso.</w:t>
                            </w:r>
                          </w:p>
                          <w:p w14:paraId="1483F14D" w14:textId="77777777" w:rsidR="00FB6AA1" w:rsidRPr="00FB6AA1" w:rsidRDefault="00FB6AA1" w:rsidP="00FB6AA1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4CCE008" w14:textId="77777777" w:rsidR="00FB6AA1" w:rsidRPr="00FB6AA1" w:rsidRDefault="00FB6AA1" w:rsidP="00FB6AA1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6AA1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El Comité Organizador agradece las facilidades que puedan brindarse al portador de esta carta para asistir a este importante evento académico internacional.</w:t>
                            </w:r>
                          </w:p>
                          <w:p w14:paraId="78C82CF8" w14:textId="5B159CF3" w:rsidR="00FB6AA1" w:rsidRPr="00FB6AA1" w:rsidRDefault="00FB6AA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650CAA" id="Cuadro de texto 2" o:spid="_x0000_s1027" type="#_x0000_t202" style="position:absolute;margin-left:201.3pt;margin-top:135.3pt;width:38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" stroked="f">
                <v:textbox style="mso-fit-shape-to-text:t">
                  <w:txbxContent>
                    <w:p w14:paraId="1440F681" w14:textId="6732FCC7" w:rsidR="00FB6AA1" w:rsidRPr="00FB6AA1" w:rsidRDefault="00FB6AA1" w:rsidP="00FB6AA1">
                      <w:pPr>
                        <w:pStyle w:val="p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B3D6944" w14:textId="2D8B5291" w:rsidR="00FB6AA1" w:rsidRPr="00FB6AA1" w:rsidRDefault="00FB6AA1" w:rsidP="00FB6AA1">
                      <w:pPr>
                        <w:pStyle w:val="p2"/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Monterrey</w:t>
                      </w: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, a ___ </w:t>
                      </w:r>
                      <w:proofErr w:type="spellStart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proofErr w:type="spellEnd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 __________ </w:t>
                      </w:r>
                      <w:proofErr w:type="spellStart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de</w:t>
                      </w:r>
                      <w:proofErr w:type="spellEnd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 2026.</w:t>
                      </w:r>
                    </w:p>
                    <w:p w14:paraId="1DFC043C" w14:textId="77777777" w:rsidR="00FB6AA1" w:rsidRPr="00FB6AA1" w:rsidRDefault="00FB6AA1" w:rsidP="00FB6AA1">
                      <w:pPr>
                        <w:pStyle w:val="p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83B43EB" w14:textId="77777777" w:rsidR="00FB6AA1" w:rsidRDefault="00FB6AA1" w:rsidP="00FB6AA1">
                      <w:pPr>
                        <w:pStyle w:val="p2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71AFE9C" w14:textId="77777777" w:rsidR="00FB6AA1" w:rsidRDefault="00FB6AA1" w:rsidP="00FB6AA1">
                      <w:pPr>
                        <w:pStyle w:val="p2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BC81153" w14:textId="77777777" w:rsidR="00FB6AA1" w:rsidRPr="00FB6AA1" w:rsidRDefault="00FB6AA1" w:rsidP="00FB6AA1">
                      <w:pPr>
                        <w:pStyle w:val="p2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4A96B35" w14:textId="77777777" w:rsidR="00FB6AA1" w:rsidRPr="00FB6AA1" w:rsidRDefault="00FB6AA1" w:rsidP="00FB6AA1">
                      <w:pPr>
                        <w:pStyle w:val="p2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A quien corresponda:</w:t>
                      </w:r>
                    </w:p>
                    <w:p w14:paraId="3282AC1E" w14:textId="77777777" w:rsidR="00FB6AA1" w:rsidRPr="00FB6AA1" w:rsidRDefault="00FB6AA1" w:rsidP="00FB6AA1">
                      <w:pPr>
                        <w:pStyle w:val="p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A11C8E6" w14:textId="77777777" w:rsidR="00FB6AA1" w:rsidRPr="00FB6AA1" w:rsidRDefault="00FB6AA1" w:rsidP="00FB6AA1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Por medio de la presente, el </w:t>
                      </w:r>
                      <w:r w:rsidRPr="00FB6AA1">
                        <w:rPr>
                          <w:rStyle w:val="s1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Comité Organizador del XLI Congreso de la Asociación Panamericana de Otorrinolaringología y Cirugía de Cabeza y Cuello</w:t>
                      </w: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 tiene el honor de confirmar que el(la) Dr.(Dra.) __________________________________________, con domicilio en ______________________________________________________ y pasaporte número ________________________, se encuentra debidamente inscrito(a) para participar en nuestro Congreso Internacional, que se llevará a cabo del 10 al 13 de marzo de 2027 en la ciudad de Monterrey, Nuevo León, México.</w:t>
                      </w:r>
                    </w:p>
                    <w:p w14:paraId="7754FCC3" w14:textId="77777777" w:rsidR="00FB6AA1" w:rsidRPr="00FB6AA1" w:rsidRDefault="00FB6AA1" w:rsidP="00FB6AA1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271C38C" w14:textId="77777777" w:rsidR="00FB6AA1" w:rsidRPr="00FB6AA1" w:rsidRDefault="00FB6AA1" w:rsidP="00FB6AA1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El XLI Congreso de la Asociación Panamericana de Otorrinolaringología y Cirugía de Cabeza y Cuello es uno de los encuentros científicos más importantes de la especialidad en el continente americano y reúne a médicos especialistas, profesores, investigadores y profesionales de la salud provenientes de diversos países.</w:t>
                      </w:r>
                    </w:p>
                    <w:p w14:paraId="31678B55" w14:textId="77777777" w:rsidR="00FB6AA1" w:rsidRPr="00FB6AA1" w:rsidRDefault="00FB6AA1" w:rsidP="00FB6AA1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C58FB91" w14:textId="77777777" w:rsidR="00FB6AA1" w:rsidRPr="00FB6AA1" w:rsidRDefault="00FB6AA1" w:rsidP="00FB6AA1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La participación del(la) </w:t>
                      </w:r>
                      <w:proofErr w:type="gramStart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Dr.(</w:t>
                      </w:r>
                      <w:proofErr w:type="gramEnd"/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Dra.) __________________________________________ será en calidad de congresista, con acceso a las actividades académicas, científicas y educativas programadas durante el evento.</w:t>
                      </w:r>
                    </w:p>
                    <w:p w14:paraId="2CB7D2A7" w14:textId="77777777" w:rsidR="00FB6AA1" w:rsidRPr="00FB6AA1" w:rsidRDefault="00FB6AA1" w:rsidP="00FB6AA1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3191694" w14:textId="77777777" w:rsidR="00FB6AA1" w:rsidRPr="00FB6AA1" w:rsidRDefault="00FB6AA1" w:rsidP="00FB6AA1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La presente constancia se expide a solicitud del interesado para los fines administrativos, laborales, migratorios y consulares que estime convenientes, incluyendo trámites relacionados con la obtención de visa, permisos de viaje, autorizaciones institucionales o cualquier otro requisito necesario para su asistencia al Congreso.</w:t>
                      </w:r>
                    </w:p>
                    <w:p w14:paraId="1483F14D" w14:textId="77777777" w:rsidR="00FB6AA1" w:rsidRPr="00FB6AA1" w:rsidRDefault="00FB6AA1" w:rsidP="00FB6AA1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4CCE008" w14:textId="77777777" w:rsidR="00FB6AA1" w:rsidRPr="00FB6AA1" w:rsidRDefault="00FB6AA1" w:rsidP="00FB6AA1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6AA1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El Comité Organizador agradece las facilidades que puedan brindarse al portador de esta carta para asistir a este importante evento académico internacional.</w:t>
                      </w:r>
                    </w:p>
                    <w:p w14:paraId="78C82CF8" w14:textId="5B159CF3" w:rsidR="00FB6AA1" w:rsidRPr="00FB6AA1" w:rsidRDefault="00FB6AA1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6B53">
        <w:rPr>
          <w:noProof/>
        </w:rPr>
        <w:drawing>
          <wp:anchor distT="0" distB="0" distL="114300" distR="114300" simplePos="0" relativeHeight="251670528" behindDoc="0" locked="0" layoutInCell="1" allowOverlap="1" wp14:anchorId="77E603D3" wp14:editId="269DF230">
            <wp:simplePos x="0" y="0"/>
            <wp:positionH relativeFrom="page">
              <wp:posOffset>532014</wp:posOffset>
            </wp:positionH>
            <wp:positionV relativeFrom="page">
              <wp:posOffset>565266</wp:posOffset>
            </wp:positionV>
            <wp:extent cx="2788920" cy="1134110"/>
            <wp:effectExtent l="0" t="0" r="0" b="8890"/>
            <wp:wrapNone/>
            <wp:docPr id="1413327104" name="to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D1F">
        <w:br w:type="page"/>
      </w:r>
    </w:p>
    <w:p w14:paraId="3298AE60" w14:textId="0BB274DA" w:rsidR="00F757CB" w:rsidRPr="00F757CB" w:rsidRDefault="00913C69" w:rsidP="00FB6AA1">
      <w:pPr>
        <w:tabs>
          <w:tab w:val="left" w:pos="336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E853C" wp14:editId="0E1A78C2">
                <wp:simplePos x="0" y="0"/>
                <wp:positionH relativeFrom="page">
                  <wp:posOffset>490220</wp:posOffset>
                </wp:positionH>
                <wp:positionV relativeFrom="page">
                  <wp:posOffset>2221321</wp:posOffset>
                </wp:positionV>
                <wp:extent cx="1947545" cy="5308600"/>
                <wp:effectExtent l="0" t="0" r="14605" b="6350"/>
                <wp:wrapNone/>
                <wp:docPr id="415840832" name="committe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530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D968EF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539B8D30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18447BA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1AC06385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61B69A97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Rodolfo Lugo Saldaña</w:t>
                            </w:r>
                          </w:p>
                          <w:p w14:paraId="35557251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Presidente</w:t>
                            </w:r>
                          </w:p>
                          <w:p w14:paraId="2A0F50A3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2895546F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Fermin Zubiaur Gomar</w:t>
                            </w:r>
                          </w:p>
                          <w:p w14:paraId="03D4EA4A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Secretario</w:t>
                            </w:r>
                          </w:p>
                          <w:p w14:paraId="1A2CC2B2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235E7C7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Edmundo</w:t>
                            </w:r>
                            <w:r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Javier Plauchu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Alcantara</w:t>
                            </w:r>
                            <w:proofErr w:type="spellEnd"/>
                          </w:p>
                          <w:p w14:paraId="29099137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Tesorero</w:t>
                            </w:r>
                          </w:p>
                          <w:p w14:paraId="6F14AF3D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0793A336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5E8FF65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69AA90D" w14:textId="77777777" w:rsidR="00F757CB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465405A7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Dr. Francisco Javier Saynes </w:t>
                            </w:r>
                            <w:proofErr w:type="spellStart"/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Marin</w:t>
                            </w:r>
                            <w:proofErr w:type="spellEnd"/>
                          </w:p>
                          <w:p w14:paraId="2069BEC6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General del Congreso</w:t>
                            </w:r>
                          </w:p>
                          <w:p w14:paraId="13C86303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098B1C98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Dr. Luis Macias Valle</w:t>
                            </w:r>
                          </w:p>
                          <w:p w14:paraId="38D4B708" w14:textId="77777777" w:rsidR="00F757CB" w:rsidRPr="0070452D" w:rsidRDefault="00F757CB" w:rsidP="00F75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70452D">
                              <w:rPr>
                                <w:rFonts w:ascii="AppleSystemUIFont" w:hAnsi="AppleSystemUIFont" w:cs="AppleSystemUIFont"/>
                                <w:sz w:val="16"/>
                                <w:szCs w:val="16"/>
                                <w:lang w:val="es-MX"/>
                              </w:rPr>
                              <w:t>Coordinador Académico del Congreso</w:t>
                            </w:r>
                          </w:p>
                          <w:p w14:paraId="537E7024" w14:textId="77777777" w:rsidR="00F757CB" w:rsidRPr="0070452D" w:rsidRDefault="00F757CB" w:rsidP="00F757CB">
                            <w:pPr>
                              <w:spacing w:after="0" w:line="170" w:lineRule="auto"/>
                              <w:jc w:val="center"/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853C" id="_x0000_s1028" type="#_x0000_t202" style="position:absolute;margin-left:38.6pt;margin-top:174.9pt;width:153.35pt;height:41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" filled="f" stroked="f">
                <v:textbox inset="0,0,0,0">
                  <w:txbxContent>
                    <w:p w14:paraId="74D968EF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539B8D30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18447BA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1AC06385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</w:p>
                    <w:p w14:paraId="61B69A97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Rodolfo Lugo Saldaña</w:t>
                      </w:r>
                    </w:p>
                    <w:p w14:paraId="35557251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Presidente</w:t>
                      </w:r>
                    </w:p>
                    <w:p w14:paraId="2A0F50A3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2895546F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Fermin Zubiaur Gomar</w:t>
                      </w:r>
                    </w:p>
                    <w:p w14:paraId="03D4EA4A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Secretario</w:t>
                      </w:r>
                    </w:p>
                    <w:p w14:paraId="1A2CC2B2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235E7C7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Edmundo</w:t>
                      </w:r>
                      <w:r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Javier Plauchu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Alcantara</w:t>
                      </w:r>
                      <w:proofErr w:type="spellEnd"/>
                    </w:p>
                    <w:p w14:paraId="29099137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Tesorero</w:t>
                      </w:r>
                    </w:p>
                    <w:p w14:paraId="6F14AF3D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0793A336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5E8FF65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169AA90D" w14:textId="77777777" w:rsidR="00F757CB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465405A7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Dr. Francisco Javier Saynes </w:t>
                      </w:r>
                      <w:proofErr w:type="spellStart"/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Marin</w:t>
                      </w:r>
                      <w:proofErr w:type="spellEnd"/>
                    </w:p>
                    <w:p w14:paraId="2069BEC6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General del Congreso</w:t>
                      </w:r>
                    </w:p>
                    <w:p w14:paraId="13C86303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</w:p>
                    <w:p w14:paraId="098B1C98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b/>
                          <w:bCs/>
                          <w:sz w:val="18"/>
                          <w:szCs w:val="18"/>
                          <w:lang w:val="es-MX"/>
                        </w:rPr>
                        <w:t>Dr. Luis Macias Valle</w:t>
                      </w:r>
                    </w:p>
                    <w:p w14:paraId="38D4B708" w14:textId="77777777" w:rsidR="00F757CB" w:rsidRPr="0070452D" w:rsidRDefault="00F757CB" w:rsidP="00F75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</w:pPr>
                      <w:r w:rsidRPr="0070452D">
                        <w:rPr>
                          <w:rFonts w:ascii="AppleSystemUIFont" w:hAnsi="AppleSystemUIFont" w:cs="AppleSystemUIFont"/>
                          <w:sz w:val="16"/>
                          <w:szCs w:val="16"/>
                          <w:lang w:val="es-MX"/>
                        </w:rPr>
                        <w:t>Coordinador Académico del Congreso</w:t>
                      </w:r>
                    </w:p>
                    <w:p w14:paraId="537E7024" w14:textId="77777777" w:rsidR="00F757CB" w:rsidRPr="0070452D" w:rsidRDefault="00F757CB" w:rsidP="00F757CB">
                      <w:pPr>
                        <w:spacing w:after="0" w:line="170" w:lineRule="auto"/>
                        <w:jc w:val="center"/>
                        <w:rPr>
                          <w:sz w:val="16"/>
                          <w:szCs w:val="16"/>
                          <w:lang w:val="es-MX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D6EAFCC" wp14:editId="59F89685">
            <wp:simplePos x="0" y="0"/>
            <wp:positionH relativeFrom="column">
              <wp:posOffset>2993209</wp:posOffset>
            </wp:positionH>
            <wp:positionV relativeFrom="paragraph">
              <wp:posOffset>2764608</wp:posOffset>
            </wp:positionV>
            <wp:extent cx="936171" cy="960552"/>
            <wp:effectExtent l="0" t="0" r="0" b="0"/>
            <wp:wrapNone/>
            <wp:docPr id="40869488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36179" y1="31500" x2="36179" y2="31500"/>
                                  <a14:foregroundMark x1="36856" y1="31813" x2="36856" y2="31813"/>
                                  <a14:foregroundMark x1="27642" y1="48000" x2="27642" y2="48000"/>
                                  <a14:foregroundMark x1="25068" y1="36188" x2="25068" y2="36188"/>
                                  <a14:foregroundMark x1="25068" y1="36938" x2="25068" y2="36938"/>
                                  <a14:foregroundMark x1="25068" y1="36938" x2="25068" y2="36938"/>
                                  <a14:foregroundMark x1="25068" y1="36938" x2="25068" y2="36938"/>
                                  <a14:foregroundMark x1="51491" y1="30688" x2="51491" y2="30688"/>
                                  <a14:foregroundMark x1="68293" y1="55937" x2="68293" y2="55937"/>
                                  <a14:backgroundMark x1="26694" y1="11813" x2="26694" y2="118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1" b="37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71" cy="96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C8B">
        <w:rPr>
          <w:noProof/>
        </w:rPr>
        <w:drawing>
          <wp:anchor distT="0" distB="0" distL="114300" distR="114300" simplePos="0" relativeHeight="251660288" behindDoc="0" locked="0" layoutInCell="1" allowOverlap="1" wp14:anchorId="1F806B2F" wp14:editId="0CFC73AA">
            <wp:simplePos x="0" y="0"/>
            <wp:positionH relativeFrom="page">
              <wp:posOffset>665480</wp:posOffset>
            </wp:positionH>
            <wp:positionV relativeFrom="page">
              <wp:posOffset>7987030</wp:posOffset>
            </wp:positionV>
            <wp:extent cx="1668780" cy="816807"/>
            <wp:effectExtent l="0" t="0" r="0" b="0"/>
            <wp:wrapNone/>
            <wp:docPr id="2006590174" name="asso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oc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81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AA1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6A76D27" wp14:editId="40ECFE20">
                <wp:simplePos x="0" y="0"/>
                <wp:positionH relativeFrom="column">
                  <wp:posOffset>2672080</wp:posOffset>
                </wp:positionH>
                <wp:positionV relativeFrom="paragraph">
                  <wp:posOffset>2097845</wp:posOffset>
                </wp:positionV>
                <wp:extent cx="4876800" cy="1404620"/>
                <wp:effectExtent l="0" t="0" r="0" b="0"/>
                <wp:wrapSquare wrapText="bothSides"/>
                <wp:docPr id="14320082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70978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Para cualquier información adicional o verificación de la presente, ponemos a su disposición los canales oficiales de contacto del Congreso.</w:t>
                            </w:r>
                          </w:p>
                          <w:p w14:paraId="0343089B" w14:textId="77777777" w:rsidR="00F15C8B" w:rsidRPr="00F15C8B" w:rsidRDefault="00F15C8B" w:rsidP="00F15C8B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DADC4C7" w14:textId="77777777" w:rsidR="00F15C8B" w:rsidRDefault="00F15C8B" w:rsidP="00F15C8B">
                            <w:pPr>
                              <w:pStyle w:val="p2"/>
                              <w:jc w:val="both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Atentamente,</w:t>
                            </w:r>
                          </w:p>
                          <w:p w14:paraId="14832B54" w14:textId="77777777" w:rsidR="00F15C8B" w:rsidRDefault="00F15C8B" w:rsidP="00F15C8B">
                            <w:pPr>
                              <w:pStyle w:val="p2"/>
                              <w:jc w:val="both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9FFD4F0" w14:textId="77777777" w:rsidR="00F15C8B" w:rsidRDefault="00F15C8B" w:rsidP="00F15C8B">
                            <w:pPr>
                              <w:pStyle w:val="p2"/>
                              <w:jc w:val="both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0E09753" w14:textId="77777777" w:rsidR="00F15C8B" w:rsidRDefault="00F15C8B" w:rsidP="00F15C8B">
                            <w:pPr>
                              <w:pStyle w:val="p2"/>
                              <w:jc w:val="both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F8AF91B" w14:textId="77777777" w:rsidR="00F15C8B" w:rsidRDefault="00F15C8B" w:rsidP="00F15C8B">
                            <w:pPr>
                              <w:pStyle w:val="p2"/>
                              <w:jc w:val="both"/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6A41C8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E62CF0D" w14:textId="77777777" w:rsidR="00F15C8B" w:rsidRPr="00F15C8B" w:rsidRDefault="00F15C8B" w:rsidP="00F15C8B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FADFE83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Dr. Rodolfo Lugo Saldaña</w:t>
                            </w:r>
                          </w:p>
                          <w:p w14:paraId="1109CACC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Presidente del Congreso Nacional</w:t>
                            </w:r>
                          </w:p>
                          <w:p w14:paraId="3FB5BA78" w14:textId="77777777" w:rsidR="00F15C8B" w:rsidRPr="00F15C8B" w:rsidRDefault="00F15C8B" w:rsidP="00F15C8B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9BF5693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XLI Congreso de la Asociación Panamericana de Otorrinolaringología y Cirugía de Cabeza y Cuello</w:t>
                            </w:r>
                          </w:p>
                          <w:p w14:paraId="7C691C17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Monterrey, Nuevo León, México</w:t>
                            </w:r>
                          </w:p>
                          <w:p w14:paraId="6767A4A0" w14:textId="77777777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i/>
                                <w:iCs/>
                                <w:sz w:val="22"/>
                                <w:szCs w:val="22"/>
                              </w:rPr>
                              <w:t>10 al 13 de marzo de 2027</w:t>
                            </w:r>
                          </w:p>
                          <w:p w14:paraId="0E237B26" w14:textId="77777777" w:rsidR="00F15C8B" w:rsidRPr="00F15C8B" w:rsidRDefault="00F15C8B" w:rsidP="00F15C8B">
                            <w:pPr>
                              <w:pStyle w:val="p1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2381F4D" w14:textId="1187A73F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Correo electrónico:</w:t>
                            </w:r>
                            <w:r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info@panamorl2027.com</w:t>
                            </w:r>
                          </w:p>
                          <w:p w14:paraId="3E156CD1" w14:textId="0756426B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Teléfono: +52 1 81 3125 3668</w:t>
                            </w:r>
                          </w:p>
                          <w:p w14:paraId="56FC6F55" w14:textId="6676568E" w:rsidR="00F15C8B" w:rsidRPr="00F15C8B" w:rsidRDefault="00F15C8B" w:rsidP="00F15C8B">
                            <w:pPr>
                              <w:pStyle w:val="p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Sitio web:  www.panamorl202</w:t>
                            </w:r>
                            <w:r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7</w:t>
                            </w:r>
                            <w:r w:rsidRPr="00F15C8B">
                              <w:rPr>
                                <w:rStyle w:val="s1"/>
                                <w:rFonts w:ascii="Arial" w:hAnsi="Arial" w:cs="Arial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  <w:p w14:paraId="2D4805D1" w14:textId="77777777" w:rsidR="00F15C8B" w:rsidRPr="00944984" w:rsidRDefault="00F15C8B" w:rsidP="00F15C8B">
                            <w:pPr>
                              <w:pStyle w:val="p1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5A40C1C" w14:textId="77777777" w:rsidR="00FB6AA1" w:rsidRPr="00FB6AA1" w:rsidRDefault="00FB6AA1" w:rsidP="00FB6AA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A76D27" id="_x0000_s1029" type="#_x0000_t202" style="position:absolute;margin-left:210.4pt;margin-top:165.2pt;width:384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F2EwIAAP4DAAAOAAAAZHJzL2Uyb0RvYy54bWysk99u2yAUxu8n7R0Q94udLElT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" stroked="f">
                <v:textbox style="mso-fit-shape-to-text:t">
                  <w:txbxContent>
                    <w:p w14:paraId="1F470978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Para cualquier información adicional o verificación de la presente, ponemos a su disposición los canales oficiales de contacto del Congreso.</w:t>
                      </w:r>
                    </w:p>
                    <w:p w14:paraId="0343089B" w14:textId="77777777" w:rsidR="00F15C8B" w:rsidRPr="00F15C8B" w:rsidRDefault="00F15C8B" w:rsidP="00F15C8B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DADC4C7" w14:textId="77777777" w:rsidR="00F15C8B" w:rsidRDefault="00F15C8B" w:rsidP="00F15C8B">
                      <w:pPr>
                        <w:pStyle w:val="p2"/>
                        <w:jc w:val="both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Atentamente,</w:t>
                      </w:r>
                    </w:p>
                    <w:p w14:paraId="14832B54" w14:textId="77777777" w:rsidR="00F15C8B" w:rsidRDefault="00F15C8B" w:rsidP="00F15C8B">
                      <w:pPr>
                        <w:pStyle w:val="p2"/>
                        <w:jc w:val="both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9FFD4F0" w14:textId="77777777" w:rsidR="00F15C8B" w:rsidRDefault="00F15C8B" w:rsidP="00F15C8B">
                      <w:pPr>
                        <w:pStyle w:val="p2"/>
                        <w:jc w:val="both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0E09753" w14:textId="77777777" w:rsidR="00F15C8B" w:rsidRDefault="00F15C8B" w:rsidP="00F15C8B">
                      <w:pPr>
                        <w:pStyle w:val="p2"/>
                        <w:jc w:val="both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F8AF91B" w14:textId="77777777" w:rsidR="00F15C8B" w:rsidRDefault="00F15C8B" w:rsidP="00F15C8B">
                      <w:pPr>
                        <w:pStyle w:val="p2"/>
                        <w:jc w:val="both"/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6A41C8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E62CF0D" w14:textId="77777777" w:rsidR="00F15C8B" w:rsidRPr="00F15C8B" w:rsidRDefault="00F15C8B" w:rsidP="00F15C8B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FADFE83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Dr. Rodolfo Lugo Saldaña</w:t>
                      </w:r>
                    </w:p>
                    <w:p w14:paraId="1109CACC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Presidente del Congreso Nacional</w:t>
                      </w:r>
                    </w:p>
                    <w:p w14:paraId="3FB5BA78" w14:textId="77777777" w:rsidR="00F15C8B" w:rsidRPr="00F15C8B" w:rsidRDefault="00F15C8B" w:rsidP="00F15C8B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9BF5693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XLI Congreso de la Asociación Panamericana de Otorrinolaringología y Cirugía de Cabeza y Cuello</w:t>
                      </w:r>
                    </w:p>
                    <w:p w14:paraId="7C691C17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Monterrey, Nuevo León, México</w:t>
                      </w:r>
                    </w:p>
                    <w:p w14:paraId="6767A4A0" w14:textId="77777777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i/>
                          <w:iCs/>
                          <w:sz w:val="22"/>
                          <w:szCs w:val="22"/>
                        </w:rPr>
                        <w:t>10 al 13 de marzo de 2027</w:t>
                      </w:r>
                    </w:p>
                    <w:p w14:paraId="0E237B26" w14:textId="77777777" w:rsidR="00F15C8B" w:rsidRPr="00F15C8B" w:rsidRDefault="00F15C8B" w:rsidP="00F15C8B">
                      <w:pPr>
                        <w:pStyle w:val="p1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2381F4D" w14:textId="1187A73F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Correo electrónico:</w:t>
                      </w:r>
                      <w:r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 xml:space="preserve"> info@panamorl2027.com</w:t>
                      </w:r>
                    </w:p>
                    <w:p w14:paraId="3E156CD1" w14:textId="0756426B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Teléfono: +52 1 81 3125 3668</w:t>
                      </w:r>
                    </w:p>
                    <w:p w14:paraId="56FC6F55" w14:textId="6676568E" w:rsidR="00F15C8B" w:rsidRPr="00F15C8B" w:rsidRDefault="00F15C8B" w:rsidP="00F15C8B">
                      <w:pPr>
                        <w:pStyle w:val="p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Sitio web:  www.panamorl202</w:t>
                      </w:r>
                      <w:r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7</w:t>
                      </w:r>
                      <w:r w:rsidRPr="00F15C8B">
                        <w:rPr>
                          <w:rStyle w:val="s1"/>
                          <w:rFonts w:ascii="Arial" w:hAnsi="Arial" w:cs="Arial"/>
                          <w:sz w:val="22"/>
                          <w:szCs w:val="22"/>
                        </w:rPr>
                        <w:t>.com</w:t>
                      </w:r>
                    </w:p>
                    <w:p w14:paraId="2D4805D1" w14:textId="77777777" w:rsidR="00F15C8B" w:rsidRPr="00944984" w:rsidRDefault="00F15C8B" w:rsidP="00F15C8B">
                      <w:pPr>
                        <w:pStyle w:val="p1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5A40C1C" w14:textId="77777777" w:rsidR="00FB6AA1" w:rsidRPr="00FB6AA1" w:rsidRDefault="00FB6AA1" w:rsidP="00FB6AA1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757CB">
        <w:rPr>
          <w:noProof/>
        </w:rPr>
        <w:drawing>
          <wp:anchor distT="0" distB="0" distL="114300" distR="114300" simplePos="0" relativeHeight="251661312" behindDoc="0" locked="0" layoutInCell="1" allowOverlap="1" wp14:anchorId="4487E004" wp14:editId="58398691">
            <wp:simplePos x="0" y="0"/>
            <wp:positionH relativeFrom="page">
              <wp:posOffset>5071110</wp:posOffset>
            </wp:positionH>
            <wp:positionV relativeFrom="page">
              <wp:posOffset>8550275</wp:posOffset>
            </wp:positionV>
            <wp:extent cx="2331720" cy="804545"/>
            <wp:effectExtent l="0" t="0" r="5080" b="0"/>
            <wp:wrapNone/>
            <wp:docPr id="1293713391" name="bott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ttom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7CB">
        <w:rPr>
          <w:noProof/>
        </w:rPr>
        <w:drawing>
          <wp:anchor distT="0" distB="0" distL="114300" distR="114300" simplePos="0" relativeHeight="251664384" behindDoc="1" locked="0" layoutInCell="1" allowOverlap="1" wp14:anchorId="31D65E39" wp14:editId="7B1786B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65977680" name="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7CB">
        <w:rPr>
          <w:noProof/>
        </w:rPr>
        <w:drawing>
          <wp:anchor distT="0" distB="0" distL="114300" distR="114300" simplePos="0" relativeHeight="251659264" behindDoc="0" locked="0" layoutInCell="1" allowOverlap="1" wp14:anchorId="24415C5F" wp14:editId="7A816E7E">
            <wp:simplePos x="0" y="0"/>
            <wp:positionH relativeFrom="page">
              <wp:posOffset>575945</wp:posOffset>
            </wp:positionH>
            <wp:positionV relativeFrom="page">
              <wp:posOffset>494030</wp:posOffset>
            </wp:positionV>
            <wp:extent cx="2788920" cy="1134110"/>
            <wp:effectExtent l="0" t="0" r="0" b="8890"/>
            <wp:wrapNone/>
            <wp:docPr id="1404209082" name="to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57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8CAA3" wp14:editId="7F02BA95">
                <wp:simplePos x="0" y="0"/>
                <wp:positionH relativeFrom="page">
                  <wp:posOffset>4983480</wp:posOffset>
                </wp:positionH>
                <wp:positionV relativeFrom="page">
                  <wp:posOffset>658495</wp:posOffset>
                </wp:positionV>
                <wp:extent cx="2130425" cy="1417320"/>
                <wp:effectExtent l="1905" t="1270" r="1270" b="635"/>
                <wp:wrapNone/>
                <wp:docPr id="1651806482" name="conta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1417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A104CC" w14:textId="77777777" w:rsidR="00F757CB" w:rsidRPr="0070452D" w:rsidRDefault="00F757CB" w:rsidP="00F757CB">
                            <w:pPr>
                              <w:spacing w:after="0" w:line="230" w:lineRule="auto"/>
                              <w:jc w:val="right"/>
                              <w:rPr>
                                <w:lang w:val="es-MX"/>
                              </w:rPr>
                            </w:pPr>
                            <w:r w:rsidRPr="0070452D">
                              <w:rPr>
                                <w:rFonts w:ascii="Arial" w:hAnsi="Arial"/>
                                <w:color w:val="111111"/>
                                <w:sz w:val="20"/>
                                <w:lang w:val="es-MX"/>
                              </w:rPr>
                              <w:t>Avenida Mauricio Fernández 110–1</w:t>
                            </w:r>
                          </w:p>
                          <w:p w14:paraId="2041D948" w14:textId="77777777" w:rsidR="00F757CB" w:rsidRPr="0070452D" w:rsidRDefault="00F757CB" w:rsidP="00F757CB">
                            <w:pPr>
                              <w:spacing w:after="0" w:line="230" w:lineRule="auto"/>
                              <w:jc w:val="right"/>
                              <w:rPr>
                                <w:lang w:val="es-MX"/>
                              </w:rPr>
                            </w:pPr>
                            <w:r w:rsidRPr="0070452D">
                              <w:rPr>
                                <w:rFonts w:ascii="Arial" w:hAnsi="Arial"/>
                                <w:color w:val="111111"/>
                                <w:sz w:val="20"/>
                                <w:lang w:val="es-MX"/>
                              </w:rPr>
                              <w:t>Colonia Miravalle</w:t>
                            </w:r>
                          </w:p>
                          <w:p w14:paraId="19396A76" w14:textId="77777777" w:rsidR="00F757CB" w:rsidRPr="0070452D" w:rsidRDefault="00F757CB" w:rsidP="00F757CB">
                            <w:pPr>
                              <w:spacing w:after="0" w:line="230" w:lineRule="auto"/>
                              <w:jc w:val="right"/>
                              <w:rPr>
                                <w:lang w:val="es-MX"/>
                              </w:rPr>
                            </w:pPr>
                            <w:r w:rsidRPr="0070452D">
                              <w:rPr>
                                <w:rFonts w:ascii="Arial" w:hAnsi="Arial"/>
                                <w:color w:val="111111"/>
                                <w:sz w:val="20"/>
                                <w:lang w:val="es-MX"/>
                              </w:rPr>
                              <w:t>Monterrey, Nuevo León, México</w:t>
                            </w:r>
                          </w:p>
                          <w:p w14:paraId="4AB5F966" w14:textId="77777777" w:rsidR="00F757CB" w:rsidRPr="0070452D" w:rsidRDefault="00F757CB" w:rsidP="00F757CB">
                            <w:pPr>
                              <w:spacing w:after="0" w:line="230" w:lineRule="auto"/>
                              <w:jc w:val="right"/>
                              <w:rPr>
                                <w:lang w:val="es-MX"/>
                              </w:rPr>
                            </w:pPr>
                          </w:p>
                          <w:p w14:paraId="422D914D" w14:textId="77777777" w:rsidR="00F757CB" w:rsidRDefault="00F757CB" w:rsidP="00F757CB">
                            <w:pPr>
                              <w:spacing w:after="0" w:line="230" w:lineRule="auto"/>
                              <w:jc w:val="right"/>
                            </w:pPr>
                            <w:r>
                              <w:rPr>
                                <w:rFonts w:ascii="Arial" w:hAnsi="Arial"/>
                                <w:color w:val="111111"/>
                                <w:sz w:val="20"/>
                              </w:rPr>
                              <w:t>+52 1 813 125 3668</w:t>
                            </w:r>
                          </w:p>
                          <w:p w14:paraId="692C093E" w14:textId="77777777" w:rsidR="00F757CB" w:rsidRDefault="00F757CB" w:rsidP="00F757CB">
                            <w:pPr>
                              <w:spacing w:after="0" w:line="230" w:lineRule="auto"/>
                              <w:jc w:val="right"/>
                            </w:pPr>
                            <w:r>
                              <w:rPr>
                                <w:rFonts w:ascii="Arial" w:hAnsi="Arial"/>
                                <w:color w:val="111111"/>
                                <w:sz w:val="20"/>
                              </w:rPr>
                              <w:t>www.panamorl2027.com</w:t>
                            </w:r>
                          </w:p>
                          <w:p w14:paraId="596B7A4C" w14:textId="77777777" w:rsidR="00F757CB" w:rsidRDefault="00F757CB" w:rsidP="00F757CB">
                            <w:pPr>
                              <w:spacing w:after="0" w:line="230" w:lineRule="auto"/>
                              <w:jc w:val="right"/>
                            </w:pPr>
                            <w:r>
                              <w:rPr>
                                <w:rFonts w:ascii="Arial" w:hAnsi="Arial"/>
                                <w:color w:val="111111"/>
                                <w:sz w:val="20"/>
                              </w:rPr>
                              <w:t>@panamorl_2027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8CAA3" id="contact" o:spid="_x0000_s1030" type="#_x0000_t202" style="position:absolute;margin-left:392.4pt;margin-top:51.85pt;width:167.75pt;height:11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" filled="f" stroked="f">
                <v:textbox inset="0,0,0,0">
                  <w:txbxContent>
                    <w:p w14:paraId="34A104CC" w14:textId="77777777" w:rsidR="00F757CB" w:rsidRPr="0070452D" w:rsidRDefault="00F757CB" w:rsidP="00F757CB">
                      <w:pPr>
                        <w:spacing w:after="0" w:line="230" w:lineRule="auto"/>
                        <w:jc w:val="right"/>
                        <w:rPr>
                          <w:lang w:val="es-MX"/>
                        </w:rPr>
                      </w:pPr>
                      <w:r w:rsidRPr="0070452D">
                        <w:rPr>
                          <w:rFonts w:ascii="Arial" w:hAnsi="Arial"/>
                          <w:color w:val="111111"/>
                          <w:sz w:val="20"/>
                          <w:lang w:val="es-MX"/>
                        </w:rPr>
                        <w:t>Avenida Mauricio Fernández 110–1</w:t>
                      </w:r>
                    </w:p>
                    <w:p w14:paraId="2041D948" w14:textId="77777777" w:rsidR="00F757CB" w:rsidRPr="0070452D" w:rsidRDefault="00F757CB" w:rsidP="00F757CB">
                      <w:pPr>
                        <w:spacing w:after="0" w:line="230" w:lineRule="auto"/>
                        <w:jc w:val="right"/>
                        <w:rPr>
                          <w:lang w:val="es-MX"/>
                        </w:rPr>
                      </w:pPr>
                      <w:r w:rsidRPr="0070452D">
                        <w:rPr>
                          <w:rFonts w:ascii="Arial" w:hAnsi="Arial"/>
                          <w:color w:val="111111"/>
                          <w:sz w:val="20"/>
                          <w:lang w:val="es-MX"/>
                        </w:rPr>
                        <w:t>Colonia Miravalle</w:t>
                      </w:r>
                    </w:p>
                    <w:p w14:paraId="19396A76" w14:textId="77777777" w:rsidR="00F757CB" w:rsidRPr="0070452D" w:rsidRDefault="00F757CB" w:rsidP="00F757CB">
                      <w:pPr>
                        <w:spacing w:after="0" w:line="230" w:lineRule="auto"/>
                        <w:jc w:val="right"/>
                        <w:rPr>
                          <w:lang w:val="es-MX"/>
                        </w:rPr>
                      </w:pPr>
                      <w:r w:rsidRPr="0070452D">
                        <w:rPr>
                          <w:rFonts w:ascii="Arial" w:hAnsi="Arial"/>
                          <w:color w:val="111111"/>
                          <w:sz w:val="20"/>
                          <w:lang w:val="es-MX"/>
                        </w:rPr>
                        <w:t>Monterrey, Nuevo León, México</w:t>
                      </w:r>
                    </w:p>
                    <w:p w14:paraId="4AB5F966" w14:textId="77777777" w:rsidR="00F757CB" w:rsidRPr="0070452D" w:rsidRDefault="00F757CB" w:rsidP="00F757CB">
                      <w:pPr>
                        <w:spacing w:after="0" w:line="230" w:lineRule="auto"/>
                        <w:jc w:val="right"/>
                        <w:rPr>
                          <w:lang w:val="es-MX"/>
                        </w:rPr>
                      </w:pPr>
                    </w:p>
                    <w:p w14:paraId="422D914D" w14:textId="77777777" w:rsidR="00F757CB" w:rsidRDefault="00F757CB" w:rsidP="00F757CB">
                      <w:pPr>
                        <w:spacing w:after="0" w:line="230" w:lineRule="auto"/>
                        <w:jc w:val="right"/>
                      </w:pPr>
                      <w:r>
                        <w:rPr>
                          <w:rFonts w:ascii="Arial" w:hAnsi="Arial"/>
                          <w:color w:val="111111"/>
                          <w:sz w:val="20"/>
                        </w:rPr>
                        <w:t>+52 1 813 125 3668</w:t>
                      </w:r>
                    </w:p>
                    <w:p w14:paraId="692C093E" w14:textId="77777777" w:rsidR="00F757CB" w:rsidRDefault="00F757CB" w:rsidP="00F757CB">
                      <w:pPr>
                        <w:spacing w:after="0" w:line="230" w:lineRule="auto"/>
                        <w:jc w:val="right"/>
                      </w:pPr>
                      <w:r>
                        <w:rPr>
                          <w:rFonts w:ascii="Arial" w:hAnsi="Arial"/>
                          <w:color w:val="111111"/>
                          <w:sz w:val="20"/>
                        </w:rPr>
                        <w:t>www.panamorl2027.com</w:t>
                      </w:r>
                    </w:p>
                    <w:p w14:paraId="596B7A4C" w14:textId="77777777" w:rsidR="00F757CB" w:rsidRDefault="00F757CB" w:rsidP="00F757CB">
                      <w:pPr>
                        <w:spacing w:after="0" w:line="230" w:lineRule="auto"/>
                        <w:jc w:val="right"/>
                      </w:pPr>
                      <w:r>
                        <w:rPr>
                          <w:rFonts w:ascii="Arial" w:hAnsi="Arial"/>
                          <w:color w:val="111111"/>
                          <w:sz w:val="20"/>
                        </w:rPr>
                        <w:t>@panamorl_2027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6AA1">
        <w:tab/>
      </w:r>
    </w:p>
    <w:sectPr w:rsidR="00F757CB" w:rsidRPr="00F757CB" w:rsidSect="00F757CB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UICTFontTextStyleBody">
    <w:altName w:val="Cambria"/>
    <w:panose1 w:val="00000000000000000000"/>
    <w:charset w:val="00"/>
    <w:family w:val="roman"/>
    <w:notTrueType/>
    <w:pitch w:val="default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2F0C2A"/>
    <w:multiLevelType w:val="multilevel"/>
    <w:tmpl w:val="CB1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F4935"/>
    <w:multiLevelType w:val="multilevel"/>
    <w:tmpl w:val="7C80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5B6A11"/>
    <w:multiLevelType w:val="multilevel"/>
    <w:tmpl w:val="A92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AF101B"/>
    <w:multiLevelType w:val="multilevel"/>
    <w:tmpl w:val="0FC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0250C"/>
    <w:multiLevelType w:val="multilevel"/>
    <w:tmpl w:val="106E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B03EB"/>
    <w:multiLevelType w:val="multilevel"/>
    <w:tmpl w:val="D60C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461AE"/>
    <w:multiLevelType w:val="multilevel"/>
    <w:tmpl w:val="40D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3684D"/>
    <w:multiLevelType w:val="multilevel"/>
    <w:tmpl w:val="31D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A4B9A"/>
    <w:multiLevelType w:val="multilevel"/>
    <w:tmpl w:val="55700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D51353"/>
    <w:multiLevelType w:val="multilevel"/>
    <w:tmpl w:val="32AA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A43DE2"/>
    <w:multiLevelType w:val="multilevel"/>
    <w:tmpl w:val="71D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2C7AFE"/>
    <w:multiLevelType w:val="multilevel"/>
    <w:tmpl w:val="63E0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832396">
    <w:abstractNumId w:val="8"/>
  </w:num>
  <w:num w:numId="2" w16cid:durableId="2055228143">
    <w:abstractNumId w:val="6"/>
  </w:num>
  <w:num w:numId="3" w16cid:durableId="62877402">
    <w:abstractNumId w:val="5"/>
  </w:num>
  <w:num w:numId="4" w16cid:durableId="2112309642">
    <w:abstractNumId w:val="4"/>
  </w:num>
  <w:num w:numId="5" w16cid:durableId="612514440">
    <w:abstractNumId w:val="7"/>
  </w:num>
  <w:num w:numId="6" w16cid:durableId="192424645">
    <w:abstractNumId w:val="3"/>
  </w:num>
  <w:num w:numId="7" w16cid:durableId="1612278232">
    <w:abstractNumId w:val="2"/>
  </w:num>
  <w:num w:numId="8" w16cid:durableId="30375616">
    <w:abstractNumId w:val="1"/>
  </w:num>
  <w:num w:numId="9" w16cid:durableId="1040981478">
    <w:abstractNumId w:val="0"/>
  </w:num>
  <w:num w:numId="10" w16cid:durableId="1452824759">
    <w:abstractNumId w:val="18"/>
  </w:num>
  <w:num w:numId="11" w16cid:durableId="819349102">
    <w:abstractNumId w:val="14"/>
  </w:num>
  <w:num w:numId="12" w16cid:durableId="654842974">
    <w:abstractNumId w:val="15"/>
  </w:num>
  <w:num w:numId="13" w16cid:durableId="176821262">
    <w:abstractNumId w:val="9"/>
  </w:num>
  <w:num w:numId="14" w16cid:durableId="363485351">
    <w:abstractNumId w:val="10"/>
  </w:num>
  <w:num w:numId="15" w16cid:durableId="1546139824">
    <w:abstractNumId w:val="13"/>
  </w:num>
  <w:num w:numId="16" w16cid:durableId="1788618002">
    <w:abstractNumId w:val="20"/>
  </w:num>
  <w:num w:numId="17" w16cid:durableId="650135270">
    <w:abstractNumId w:val="16"/>
  </w:num>
  <w:num w:numId="18" w16cid:durableId="1825121074">
    <w:abstractNumId w:val="11"/>
  </w:num>
  <w:num w:numId="19" w16cid:durableId="674457614">
    <w:abstractNumId w:val="17"/>
  </w:num>
  <w:num w:numId="20" w16cid:durableId="59834817">
    <w:abstractNumId w:val="12"/>
  </w:num>
  <w:num w:numId="21" w16cid:durableId="8068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0B7"/>
    <w:rsid w:val="0015074B"/>
    <w:rsid w:val="001849B8"/>
    <w:rsid w:val="001B0F9E"/>
    <w:rsid w:val="0029639D"/>
    <w:rsid w:val="00326F90"/>
    <w:rsid w:val="00460068"/>
    <w:rsid w:val="004F517F"/>
    <w:rsid w:val="006D7841"/>
    <w:rsid w:val="0070452D"/>
    <w:rsid w:val="007C671D"/>
    <w:rsid w:val="00896B53"/>
    <w:rsid w:val="008A08C9"/>
    <w:rsid w:val="00913C69"/>
    <w:rsid w:val="00A05527"/>
    <w:rsid w:val="00A458B2"/>
    <w:rsid w:val="00AA1D8D"/>
    <w:rsid w:val="00B47730"/>
    <w:rsid w:val="00CA7D1F"/>
    <w:rsid w:val="00CB0664"/>
    <w:rsid w:val="00D149FC"/>
    <w:rsid w:val="00E153E6"/>
    <w:rsid w:val="00E26A90"/>
    <w:rsid w:val="00F15C8B"/>
    <w:rsid w:val="00F757CB"/>
    <w:rsid w:val="00FB6AA1"/>
    <w:rsid w:val="00FB6E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D05F97"/>
  <w14:defaultImageDpi w14:val="300"/>
  <w15:docId w15:val="{BB17018F-CF9B-4EB7-8CAF-5F2581F6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CA7D1F"/>
    <w:pPr>
      <w:spacing w:after="0" w:line="240" w:lineRule="auto"/>
    </w:pPr>
    <w:rPr>
      <w:rFonts w:ascii=".AppleSystemUIFont" w:eastAsia="Times New Roman" w:hAnsi=".AppleSystemUIFont" w:cs="Times New Roman"/>
      <w:sz w:val="29"/>
      <w:szCs w:val="29"/>
      <w:lang w:val="es-MX" w:eastAsia="zh-CN"/>
    </w:rPr>
  </w:style>
  <w:style w:type="paragraph" w:customStyle="1" w:styleId="p2">
    <w:name w:val="p2"/>
    <w:basedOn w:val="Normal"/>
    <w:rsid w:val="00CA7D1F"/>
    <w:pPr>
      <w:spacing w:after="0" w:line="240" w:lineRule="auto"/>
    </w:pPr>
    <w:rPr>
      <w:rFonts w:ascii=".AppleSystemUIFont" w:eastAsia="Times New Roman" w:hAnsi=".AppleSystemUIFont" w:cs="Times New Roman"/>
      <w:sz w:val="29"/>
      <w:szCs w:val="29"/>
      <w:lang w:val="es-MX" w:eastAsia="zh-CN"/>
    </w:rPr>
  </w:style>
  <w:style w:type="character" w:customStyle="1" w:styleId="s1">
    <w:name w:val="s1"/>
    <w:basedOn w:val="Fuentedeprrafopredeter"/>
    <w:rsid w:val="00CA7D1F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ADMINISTRACION VIEMCON</cp:lastModifiedBy>
  <cp:revision>3</cp:revision>
  <cp:lastPrinted>2026-07-21T19:48:00Z</cp:lastPrinted>
  <dcterms:created xsi:type="dcterms:W3CDTF">2026-07-21T23:02:00Z</dcterms:created>
  <dcterms:modified xsi:type="dcterms:W3CDTF">2026-07-21T23:18:00Z</dcterms:modified>
  <cp:category/>
</cp:coreProperties>
</file>